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E8590C"/>
          <w:sz w:val="44"/>
          <w:rtl w:val="1"/>
          <w:rFonts w:ascii="Arial" w:hAnsi="Arial" w:cs="Arial"/>
          <w:bCs/>
          <w:szCs w:val="44"/>
        </w:rPr>
        <w:t>דף צפייה: מהעידן היפה אל השוחות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2 · לאומיות ומלחמה · ❓ מה הוביל את אירופה מ'העידן היפה' אל מלחמה טוטלית, ומדוע המלחמה ערערה את האמונה בקדמה?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ראיתי את מלחמת העולם הראשונה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2:49 דקות · https://www.youtube.com/watch?v=tXwuQEEWgeE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לפני המלחמה רבים באירופה היו אופטימיים לגבי העתיד.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המלחמה פרצה מסיבה אחת בלבד.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יהודים לחמו רק בצד אחד של המלחמה.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אחרי המלחמה התפרקו אימפריות גדולות.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המצאות מסמלות את העידן היפה.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הגורמים למלחמה שהילד מונה.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כיצד שונה המלחמה ממה שדמיינו.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פירוש 'מלחמה טוטלית' בסרטון.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השתנה אחרי המלחמה ומה קרה לאמונה בקדמה.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הגורמים למלחמה: אם הרצח היה 'הגפרור', מה היה 'חומר הנפץ'?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מלחמת השוחות והנשק החדש: איך אותן המצאות של העידן היפה שימשו עכשיו את המלחמה?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התוצאות: מדוע אחרי מלחמה כזו אנשים נמשכים למנהיג 'חזק'?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היה הגורם המיידי לפרוץ המלחמה?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הרצח בסרייבו     ○ ב. המצאת המכונית     ○ ג. המהפכה התעשייתית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מהי מלחמת שוחות?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קרב ימי     ○ ב. לחימה מתוך תעלות ארוכות במשך זמן רב     ○ ג. קרב של יום אחד בשדה פתוח     ○ ד. מלחמה בלי צבא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הייתה אחת מתוצאות המלחמה?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חיזוק כל האימפריות     ○ ב. שלום עולמי מיידי     ○ ג. נפילת אימפריות ועליית דיקטטורים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כיצד תרם מרוץ החימוש לפרוץ המלחמה.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מדוע נקראה המלחמה 'מלחמה טוטלית'?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מהו 'משבר האמונה בקדמה'?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המשמעות של העובדה שיהודים לחמו בשני צידי המלחמה? קשרו לשאלת הלאומיות.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קשרו בין תוצאות מלחמת העולם הראשונה לבין עליית המשטרים הטוטליטריים.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ג׳ · 🗺️ מפה משימה פעילה: אירופה 1914 מול אירופה 1919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זוג מקבל שתי מפות אילמות של אירופה. מסמנים את המחנות של 1914 ואת המדינות החדשות של 1919, ומסיקים מה השתנה.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במפת 1914 צבעו בכחול את מדינות ההסכמה (בריטניה, צרפת, רוסיה) ובאדום את מעצמות המרכז (גרמניה, אוסטריה־הונגריה, האימפריה העות׳מאנית).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סמנו בכוכב את סרייבו וכתבו לידה את הגורם המיידי.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במפת 1919 סמנו ארבע אימפריות שהתפרקו ושלוש מדינות חדשות שקמו.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משפט: מה המשמעות של המפה החדשה לעמים קטנים? ומה זה מלמד על כוחה של הלאומיות?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שני גורמים לפרוץ מלחמת העולם הראשונה, וציין את הגורם המיידי.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מהעידן היפה אל השוחות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ציינו שני גורמים לפרוץ המלחמה.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מהי מלחמה טוטלית?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2: לאומיות ומלחמה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